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ARIEL LOPEZ</w:t>
      </w:r>
    </w:p>
    <w:p>
      <w:pPr>
        <w:keepNext/>
        <w:spacing w:before="0" w:after="100"/>
      </w:pPr>
      <w:r>
        <w:rPr>
          <w:b/>
          <w:sz w:val="24"/>
        </w:rPr>
        <w:t>TARGET ROLE: IMPLEMENTATION SPECIALIST</w:t>
      </w:r>
    </w:p>
    <w:p>
      <w:pPr>
        <w:keepNext/>
        <w:spacing w:before="0" w:after="60"/>
      </w:pPr>
      <w:r>
        <w:rPr>
          <w:b w:val="0"/>
          <w:sz w:val="21"/>
        </w:rPr>
        <w:t>Miami, FL | Remote US | (786) 515-3986 | ariel@aidisconsulting.com</w:t>
      </w:r>
    </w:p>
    <w:p>
      <w:pPr>
        <w:keepNext/>
        <w:spacing w:before="0" w:after="140"/>
      </w:pPr>
      <w:r>
        <w:t>English and Spanish</w:t>
      </w:r>
    </w:p>
    <w:p>
      <w:pPr>
        <w:pStyle w:val="Heading1"/>
      </w:pPr>
      <w:r>
        <w:t>PROFESSIONAL SUMMARY</w:t>
      </w:r>
    </w:p>
    <w:p>
      <w:pPr>
        <w:keepNext w:val="0"/>
        <w:spacing w:before="0" w:after="100"/>
      </w:pPr>
      <w:r>
        <w:rPr>
          <w:b w:val="0"/>
        </w:rPr>
        <w:t>Client delivery and operations professional with 10+ years in live production, translating customer needs into technical requirements, coordinating stakeholders, and troubleshooting issues. Founder of AIDIS Consulting, directing AI-assisted workflow implementation and operating a custom Airtable CRM. Brings requirements documentation, functional workflow review, process organization, and team training experience.</w:t>
      </w:r>
    </w:p>
    <w:p>
      <w:pPr>
        <w:pStyle w:val="Heading1"/>
      </w:pPr>
      <w:r>
        <w:t>CORE SKILLS</w:t>
      </w:r>
    </w:p>
    <w:p>
      <w:pPr>
        <w:keepNext w:val="0"/>
        <w:spacing w:before="0" w:after="40"/>
      </w:pPr>
      <w:r>
        <w:rPr>
          <w:b w:val="0"/>
          <w:sz w:val="21"/>
        </w:rPr>
        <w:t>Requirements gathering and documentation | Workflow analysis | Scope definition</w:t>
      </w:r>
    </w:p>
    <w:p>
      <w:pPr>
        <w:keepNext w:val="0"/>
        <w:spacing w:before="0" w:after="40"/>
      </w:pPr>
      <w:r>
        <w:rPr>
          <w:b w:val="0"/>
          <w:sz w:val="21"/>
        </w:rPr>
        <w:t>Functional workflow review | Issue documentation | Technical troubleshooting</w:t>
      </w:r>
    </w:p>
    <w:p>
      <w:pPr>
        <w:keepNext w:val="0"/>
        <w:spacing w:before="0" w:after="40"/>
      </w:pPr>
      <w:r>
        <w:rPr>
          <w:b w:val="0"/>
          <w:sz w:val="21"/>
        </w:rPr>
        <w:t>CRM workflow configuration | Client communication | Project coordination</w:t>
      </w:r>
    </w:p>
    <w:p>
      <w:pPr>
        <w:pStyle w:val="Heading1"/>
      </w:pPr>
      <w:r>
        <w:t>RELEVANT EXPERIENCE</w:t>
      </w:r>
    </w:p>
    <w:p>
      <w:pPr>
        <w:keepNext/>
        <w:spacing w:before="100" w:after="40"/>
      </w:pPr>
      <w:r>
        <w:rPr>
          <w:b/>
        </w:rPr>
        <w:t>Founder</w:t>
      </w:r>
    </w:p>
    <w:p>
      <w:pPr>
        <w:keepNext/>
        <w:spacing w:before="0" w:after="80"/>
      </w:pPr>
      <w:r>
        <w:rPr>
          <w:b w:val="0"/>
          <w:sz w:val="21"/>
        </w:rPr>
        <w:t>AIDIS Consulting | Miami, FL | Oct 2025 - Present</w:t>
      </w:r>
    </w:p>
    <w:p>
      <w:pPr>
        <w:pStyle w:val="ListBullet"/>
      </w:pPr>
      <w:r>
        <w:t>Research operational needs and translate findings into workflow maps, product requirements, acceptance criteria, and phased delivery plans for AI-assisted business tools and applications.</w:t>
      </w:r>
    </w:p>
    <w:p>
      <w:pPr>
        <w:pStyle w:val="ListBullet"/>
      </w:pPr>
      <w:r>
        <w:t>Direct AI-assisted implementation, review workflows against requirements, document issues and edge cases, and request corrections; prepare standard operating procedures and handoff documentation for ongoing use.</w:t>
      </w:r>
    </w:p>
    <w:p>
      <w:pPr>
        <w:pStyle w:val="ListBullet"/>
      </w:pPr>
      <w:r>
        <w:t>Prepare prospect research, tailored pitch decks, discovery questions, and operating procedures; run internal outreach through Airtable, connected tools, and chat with explicit manual review steps.</w:t>
      </w:r>
    </w:p>
    <w:p>
      <w:pPr>
        <w:keepNext/>
        <w:spacing w:before="100" w:after="40"/>
      </w:pPr>
      <w:r>
        <w:rPr>
          <w:b/>
        </w:rPr>
        <w:t>Freelance Live Event and Audio Production Professional</w:t>
      </w:r>
    </w:p>
    <w:p>
      <w:pPr>
        <w:keepNext/>
        <w:spacing w:before="0" w:after="80"/>
      </w:pPr>
      <w:r>
        <w:rPr>
          <w:b w:val="0"/>
          <w:sz w:val="21"/>
        </w:rPr>
        <w:t>Independent | Miami, FL | 2014 - Present</w:t>
      </w:r>
    </w:p>
    <w:p>
      <w:pPr>
        <w:pStyle w:val="ListBullet"/>
      </w:pPr>
      <w:r>
        <w:t>Translate client needs into technical requirements and coordinate artists, venues, promoters, and production teams to support live events and recurring corporate meetings.</w:t>
      </w:r>
    </w:p>
    <w:p>
      <w:pPr>
        <w:pStyle w:val="ListBullet"/>
      </w:pPr>
      <w:r>
        <w:t>Troubleshoot on-site technical issues during time-sensitive events, working directly with clients and production stakeholders while maintaining ongoing relationships through repeat work, referrals, and professional networking.</w:t>
      </w:r>
    </w:p>
    <w:p>
      <w:pPr>
        <w:pStyle w:val="Heading1"/>
      </w:pPr>
      <w:r>
        <w:t>SELECTED PROJECT EXPERIENCE</w:t>
      </w:r>
    </w:p>
    <w:p>
      <w:pPr>
        <w:keepNext/>
        <w:spacing w:before="100" w:after="60"/>
      </w:pPr>
      <w:r>
        <w:rPr>
          <w:b/>
        </w:rPr>
        <w:t>Easy Digital Reprographics | Website and operations demo</w:t>
      </w:r>
    </w:p>
    <w:p>
      <w:pPr>
        <w:keepNext w:val="0"/>
        <w:spacing w:before="0" w:after="100"/>
      </w:pPr>
      <w:r>
        <w:rPr>
          <w:b w:val="0"/>
        </w:rPr>
        <w:t>Researched a two-location printing business and competitor intake workflows; directed AI-assisted development of a website, quote-request intake with PDF uploads, and operational dashboard. Used the demo to help secure discovery meetings, supported by a structured workbook and browser-based discovery tool.</w:t>
      </w:r>
    </w:p>
    <w:p>
      <w:pPr>
        <w:keepNext/>
        <w:spacing w:before="100" w:after="60"/>
      </w:pPr>
      <w:r>
        <w:rPr>
          <w:b/>
        </w:rPr>
        <w:t>AIDIS Outreach Command Center | Operating internal system</w:t>
      </w:r>
    </w:p>
    <w:p>
      <w:pPr>
        <w:keepNext w:val="0"/>
        <w:spacing w:before="0" w:after="100"/>
      </w:pPr>
      <w:r>
        <w:rPr>
          <w:b w:val="0"/>
        </w:rPr>
        <w:t>Designed and currently operate a custom Airtable CRM and outreach workflow through AI chat and connected tools. Built a 100-prospect queue with Apollo research, tailored scripts, follow-up tasks, and Gmail draft review; directed AI-assisted integration work with documented exceptions and manual controls.</w:t>
      </w:r>
    </w:p>
    <w:p>
      <w:pPr>
        <w:keepNext/>
        <w:pageBreakBefore/>
        <w:spacing w:before="0" w:after="80"/>
      </w:pPr>
      <w:r>
        <w:rPr>
          <w:b/>
          <w:sz w:val="22"/>
        </w:rPr>
        <w:t>ARIEL LOPEZ</w:t>
      </w:r>
    </w:p>
    <w:p>
      <w:pPr>
        <w:pStyle w:val="Heading1"/>
      </w:pPr>
      <w:r>
        <w:t>ADDITIONAL PROJECT EXPERIENCE</w:t>
      </w:r>
    </w:p>
    <w:p>
      <w:pPr>
        <w:keepNext/>
        <w:spacing w:before="100" w:after="60"/>
      </w:pPr>
      <w:r>
        <w:rPr>
          <w:b/>
        </w:rPr>
        <w:t>SurfaceBid | Working prototype</w:t>
      </w:r>
    </w:p>
    <w:p>
      <w:pPr>
        <w:keepNext w:val="0"/>
        <w:spacing w:before="0" w:after="100"/>
      </w:pPr>
      <w:r>
        <w:rPr>
          <w:b w:val="0"/>
        </w:rPr>
        <w:t>Researched commercial-services estimating needs and directed AI-assisted prototyping of address lookup, property measurement, editable estimates, and PDF output. Defined practical requirements and reviewed multi-step workflows and edge cases, including area, facade, count, and manual pricing methods.</w:t>
      </w:r>
    </w:p>
    <w:p>
      <w:pPr>
        <w:pStyle w:val="Heading1"/>
      </w:pPr>
      <w:r>
        <w:t>EARLIER PROFESSIONAL EXPERIENCE</w:t>
      </w:r>
    </w:p>
    <w:p>
      <w:pPr>
        <w:keepNext/>
        <w:spacing w:before="100" w:after="40"/>
      </w:pPr>
      <w:r>
        <w:rPr>
          <w:b/>
        </w:rPr>
        <w:t>Co-Owner and Audio Engineer</w:t>
      </w:r>
    </w:p>
    <w:p>
      <w:pPr>
        <w:keepNext/>
        <w:spacing w:before="0" w:after="80"/>
      </w:pPr>
      <w:r>
        <w:rPr>
          <w:b w:val="0"/>
          <w:sz w:val="21"/>
        </w:rPr>
        <w:t>Listen Don't Speak Recording Suite | Miami, FL | Jul 2019 - Dec 2020</w:t>
      </w:r>
    </w:p>
    <w:p>
      <w:pPr>
        <w:pStyle w:val="ListBullet"/>
      </w:pPr>
      <w:r>
        <w:t>Co-owned and operated a recording studio, managing client scheduling, marketing, payroll, operating expenses, and day-to-day business administration.</w:t>
      </w:r>
    </w:p>
    <w:p>
      <w:pPr>
        <w:keepNext/>
        <w:spacing w:before="100" w:after="40"/>
      </w:pPr>
      <w:r>
        <w:rPr>
          <w:b/>
        </w:rPr>
        <w:t>AV Technician</w:t>
      </w:r>
    </w:p>
    <w:p>
      <w:pPr>
        <w:keepNext/>
        <w:spacing w:before="0" w:after="80"/>
      </w:pPr>
      <w:r>
        <w:rPr>
          <w:b w:val="0"/>
          <w:sz w:val="21"/>
        </w:rPr>
        <w:t>Contract assignment at Gulfstream Park | Hallandale Beach, FL | Sep 2018 - Oct 2019</w:t>
      </w:r>
    </w:p>
    <w:p>
      <w:pPr>
        <w:pStyle w:val="ListBullet"/>
      </w:pPr>
      <w:r>
        <w:t>Frequently served as sole AV operator for concerts, galas, and awards shows; coordinated client requirements, equipment plans, technical documentation, and quotes.</w:t>
      </w:r>
    </w:p>
    <w:p>
      <w:pPr>
        <w:keepNext/>
        <w:spacing w:before="100" w:after="40"/>
      </w:pPr>
      <w:r>
        <w:rPr>
          <w:b/>
        </w:rPr>
        <w:t>Founder and Producer</w:t>
      </w:r>
    </w:p>
    <w:p>
      <w:pPr>
        <w:keepNext/>
        <w:spacing w:before="0" w:after="80"/>
      </w:pPr>
      <w:r>
        <w:rPr>
          <w:b w:val="0"/>
          <w:sz w:val="21"/>
        </w:rPr>
        <w:t>Wynwood's Finest Music Festival | Miami, FL | Dec 2017 - Apr 2018</w:t>
      </w:r>
    </w:p>
    <w:p>
      <w:pPr>
        <w:pStyle w:val="ListBullet"/>
      </w:pPr>
      <w:r>
        <w:t>Created an independent music and arts festival; recruited and led a 10-person volunteer crew and coordinated performers, vendors, marketing, setup, and event operations.</w:t>
      </w:r>
    </w:p>
    <w:p>
      <w:pPr>
        <w:keepNext/>
        <w:spacing w:before="100" w:after="40"/>
      </w:pPr>
      <w:r>
        <w:rPr>
          <w:b/>
        </w:rPr>
        <w:t>Healthcare Specialist and Emergency Room Shift Leader</w:t>
      </w:r>
    </w:p>
    <w:p>
      <w:pPr>
        <w:keepNext/>
        <w:spacing w:before="0" w:after="80"/>
      </w:pPr>
      <w:r>
        <w:rPr>
          <w:b w:val="0"/>
          <w:sz w:val="21"/>
        </w:rPr>
        <w:t>U.S. Army | Fort Hood, TX | 2008 - 2014</w:t>
      </w:r>
    </w:p>
    <w:p>
      <w:pPr>
        <w:pStyle w:val="ListBullet"/>
      </w:pPr>
      <w:r>
        <w:t>Trained, certified, and maintained accountability for teams of 3 to 26 personnel; trained more than 100 non-medical personnel in emergency-response procedures.</w:t>
      </w:r>
    </w:p>
    <w:p>
      <w:pPr>
        <w:pStyle w:val="ListBullet"/>
      </w:pPr>
      <w:r>
        <w:t>Planned and directed the ambulance department move into a new medical facility and developed operational layouts for two emergency transportation vehicles.</w:t>
      </w:r>
    </w:p>
    <w:p>
      <w:pPr>
        <w:pStyle w:val="Heading1"/>
      </w:pPr>
      <w:r>
        <w:t>EDUCATION AND TRAINING</w:t>
      </w:r>
    </w:p>
    <w:p>
      <w:pPr>
        <w:keepNext w:val="0"/>
        <w:spacing w:before="0" w:after="60"/>
      </w:pPr>
      <w:r>
        <w:rPr>
          <w:b w:val="0"/>
          <w:sz w:val="21"/>
        </w:rPr>
        <w:t>Keiser University | B.S. General Psychology, in progress</w:t>
      </w:r>
    </w:p>
    <w:p>
      <w:pPr>
        <w:keepNext w:val="0"/>
        <w:spacing w:before="0" w:after="60"/>
      </w:pPr>
      <w:r>
        <w:rPr>
          <w:b w:val="0"/>
          <w:sz w:val="21"/>
        </w:rPr>
        <w:t>Miami International University of Art &amp; Design | Audio Production coursework, 2017 - 2018</w:t>
      </w:r>
    </w:p>
    <w:p>
      <w:pPr>
        <w:keepNext w:val="0"/>
        <w:spacing w:before="0" w:after="60"/>
      </w:pPr>
      <w:r>
        <w:rPr>
          <w:b w:val="0"/>
          <w:sz w:val="21"/>
        </w:rPr>
        <w:t>SAE Institute | Audio Technology, 2016</w:t>
      </w:r>
    </w:p>
    <w:p>
      <w:pPr>
        <w:pStyle w:val="Heading1"/>
      </w:pPr>
      <w:r>
        <w:t>TOOLS</w:t>
      </w:r>
    </w:p>
    <w:p>
      <w:pPr>
        <w:keepNext w:val="0"/>
        <w:spacing w:before="0" w:after="60"/>
      </w:pPr>
      <w:r>
        <w:rPr>
          <w:b w:val="0"/>
          <w:sz w:val="21"/>
        </w:rPr>
        <w:t>AI-assisted research and development: ChatGPT, Codex, Cursor, Claude Chat, Claude Code.</w:t>
      </w:r>
    </w:p>
    <w:p>
      <w:pPr>
        <w:keepNext w:val="0"/>
        <w:spacing w:before="0" w:after="0"/>
      </w:pPr>
      <w:r>
        <w:rPr>
          <w:b w:val="0"/>
          <w:sz w:val="21"/>
        </w:rPr>
        <w:t>CRM, prospect research, operations, and deployment: Airtable, Apollo, Google Workspace (Gmail and Calendar), Netlify.</w:t>
      </w:r>
    </w:p>
    <w:sectPr w:rsidR="00FC693F" w:rsidRPr="0006063C" w:rsidSect="00034616">
      <w:pgSz w:w="12240" w:h="15840"/>
      <w:pgMar w:top="893" w:right="1008" w:bottom="893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4" w:lineRule="auto" w:after="100"/>
    </w:pPr>
    <w:rPr>
      <w:rFonts w:ascii="Arial" w:hAnsi="Arial" w:eastAsia="Arial" w:cs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00" w:line="240" w:lineRule="auto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Lines/>
      <w:numPr>
        <w:numId w:val="1"/>
      </w:numPr>
      <w:spacing w:after="80" w:line="254" w:lineRule="auto"/>
      <w:ind w:left="216" w:hanging="187"/>
      <w:contextualSpacing/>
    </w:pPr>
    <w:rPr>
      <w:rFonts w:ascii="Arial" w:hAnsi="Arial" w:eastAsia="Arial" w:cs="Arial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idisconsul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Ariel Lopez Implementation Specialist Resume</dc:title>
  <dc:subject>Career experience and qualifications</dc:subject>
  <dc:creator>Ariel Lopez</dc:creator>
  <cp:keywords/>
  <dc:description/>
  <cp:lastModifiedBy>Ariel Lopez</cp:lastModifiedBy>
  <cp:revision>1</cp:revision>
  <dcterms:created xsi:type="dcterms:W3CDTF">2013-12-23T23:15:00Z</dcterms:created>
  <dcterms:modified xsi:type="dcterms:W3CDTF">2013-12-23T23:15:00Z</dcterms:modified>
  <cp:category/>
</cp:coreProperties>
</file>